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אלפי עיניים בשביל המדע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מדע אזרח ולזהות דוגמאות לו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שמות מספר בהתאמה למין ולמספר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למחקר ולנתונים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לא לספור אותה ציפור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שלושים וחמישה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חזרה על הספירה שנה אחרי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הרעיון קיים כבר יותר ממאה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נכתב בטקסט שזה משפיע על התוצאות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אומרת שזה כמעט לא משנה כשיש אלפי סופרים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משקפיים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אסטרונומיה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נדירה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שם המספר - כתבו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שלושים וחמישה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(אנשים שעושים עבודה מרצונם)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(כיוון של שינוי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(סוגים של בעלי חיים או צמחים)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(מספרים ועובדות שאוספים כדי לחקור)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(שונה מאוד מן הרגיל)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סדרו את שלבי הספירה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מתנדבים יושבים בחצר, במרפסת או בגינה ציבורית למשך 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 את המספר הגדול ביותר של כל מין ציפורים שנראה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ממלאים טופס עם התוצאות, מזג האוויר וסוג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שולחים את הטופס לחוקרים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החוקרים מרכיבים תמונה כללית מכל הארץ ובודקים תוצאות חריגות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שאנשים רגילים עוזרים לחוקרים באיסוף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מספר בהתאמה נכונה למין ולסמיכות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הקשור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השאלה שלפני הקריאה כדי 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נפרד לתרגול שמות המספר כי זה נושא מאתגר לתלמידים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או קבוצות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אלפי עיניים בשביל המדע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הכתבה מספרת על ספירת ציפורים שנתית שבה אלפי מתנדבים עוזרים לחוקרים לאסוף נתונים. בדף זה תתרגלו הבנת הנקרא, אוצר מילים ושמות מספר מתוך 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מתנדבים השתתפו בספירת הציפורים?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עשרת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ציפור הפתיעה את החוקרת למרות שהיא מוכרת?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ביקשו החוקרים לרשום רק את המספר הגדול ביותר של ציפורים שנראו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לספור אותה ציפור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יותר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המספר האמיתי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ביקש 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מינים של ציפורים נרשמו השנה בספירה?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 וחמישה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לחוקרים לזהות מגמה לאורך השנים?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ספירה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הספירה שנה אחרי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שאלון למתנדבים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תצפית בטלסקופ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מזהה שמונה מינים של ציפורים לפי הקול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מדע האזרח התחיל לפני פחות משנה.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המתנדבים התבקשו לציין גם את מזג האוויר ואת סוג המקום.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לדברי ד״ר שגיא, טעות של אדם אחד או שניים משנה מאוד את התמונה הכללית.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המתנדבים מילאו את התוצאות ב__________ פשוט.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ד״ר נעמה שגיא היא חוקרת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המיינה היא ציפור חומה עם __________ צהובים.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חובבי __________ מיינו תמונות של גלקסיות מהבית.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החוקרים מבקשים צילום כשמדווחים על ציפור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שם המספר - כתבו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בספירה השתתפו (2000) __________ מתנדבים.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השנה נרשמו (35) __________ מינים של ציפורים.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עומר מזהה (8) __________ מינים לפי הקול.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(100) __________ שנה החלו חובבי ציפורים לספור.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מתנדבים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סוגים של בעלי חיים או צמחים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מספרים ועובדות שאוספים כדי לחקור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שונה מאוד מן הרגיל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נתונים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אנשים שעושים עבודה מרצונם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חריגה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כיוון של שינוי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סדרו את שלבי הספירה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מרכיבים תמונה כללית מכל הארץ ובודקים תוצאות חריגות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שולחים את הטופס לחוקרים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מתנדבים יושבים בחצר, במרפסת או בגינה ציבורית למשך שעה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את המספר הגדול ביותר של כל מין ציפורים שנראה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טופס עם התוצאות, מזג האוויר וסוג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מדע אזרח, לפי הכתבה?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שם מספר מהטקסט (למשל אלפיים, שלושים וחמישה)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דעתכם: האם כדאי להסתמך על נתונים שאספו מתנדבים?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אלפי עיניים בשביל המדע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