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אלפי עיניים בשביל המדע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מדע אזרח ולזהות דוגמאות לו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שמות מספר בהתאמה למין ולמספר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הקשור למחקר ולנתונים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אלפיים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מיינה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כדי לא לספור אותה ציפור פעמיים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שלושים וחמישה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חזרה על הספירה שנה אחרי שנה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בטקסט בפירוש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הרעיון קיים כבר יותר ממאה 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נכתב בטקסט שזה משפיע על התוצאות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היא אומרת שזה כמעט לא משנה כשיש אלפי סופרים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מילה מהטקסט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טופס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משקפיים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אסטרונומיה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נדירה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שם המספר - כתבו במילים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אלפיים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שלושים וחמישה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התאימו 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א (אנשים שעושים עבודה מרצונם)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(כיוון של שינוי לאורך 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(סוגים של בעלי חיים או צמחים)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(מספרים ועובדות שאוספים כדי לחקור)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ה (שונה מאוד מן הרגיל)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סדרו את שלבי הספירה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מתנדבים יושבים בחצר, במרפסת או בגינה ציבורית למשך שעה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סופרים את המספר הגדול ביותר של כל מין ציפורים שנראה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ממלאים טופס עם התוצאות, מזג האוויר וסוג המקום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שולחים את הטופס לחוקרים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החוקרים מרכיבים תמונה כללית מכל הארץ ובודקים תוצאות חריגות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שאנשים רגילים עוזרים לחוקרים באיסוף נתונים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עם מספר בהתאמה נכונה למין ולסמיכות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עם נימוק הקשור לטקסט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בשיחה קצרה על השאלה שלפני הקריאה כדי לעורר סקרנות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להקדיש זמן נפרד לתרגול שמות המספר כי זה נושא מאתגר לתלמידים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לוותר על הפריטים המסומנים skip_n בכיתות או קבוצות המתקשות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אלפי עיניים בשביל המדע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בכתבה מספרים על אנשים רגילים שעוזרים לחוקרים לספור ציפורים. בדף הזה נתרגל להבין את הטקסט ולכתוב מספרים נכון.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מתנדבים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אנשים שעושים עבודה מרצונם, בלי לקבל עליה כסף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מגמה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כיוון של שינוי לאורך זמן – עלייה או ירידה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מינים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סוגים של בעלי חיים או צמחים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נצפתה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נראתה, ראו אותה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נתונים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מספרים ועובדות שאוספים כדי לחקור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שביטים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גופים קרחיים בחלל, שלפעמים נראה להם זנב זוהר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גלקסיות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קבוצות ענקיות של כוכבים בחלל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חריגה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שונה מאוד מן הרגיל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אנשים השתתפו בספירה?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אלפיים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עשרת אלפים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ציפור הייתה ההפתעה?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דרור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סופרים רק את המספר הגדול ביותר?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לא לספור אותה ציפור פעמיים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זה יותר 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זה המספר האמיתי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כך ביקש המחשב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סוגי ציפורים נספרו השנה?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שלושים וחמישה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אלפיים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עוזר להבין שינוי לאורך זמן?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ספירה אחת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חזרה על הספירה שנה אחרי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שאלון למתנדבים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תצפית בטלסקופ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עומר מזהה שמונה מינים של ציפורים לפי הקול בלבד.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מדע האזרח התחיל לפני פחות משנה.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המתנדבים התבקשו לציין גם את מזג האוויר ואת סוג המקום.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לדברי ד״ר שגיא, טעות של אדם אחד או שניים משנה מאוד את התמונה הכללית.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מילה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המתנדבים מילאו את התוצאות ב__________ פשוט.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ד״ר נעמה שגיא היא חוקרת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המיינה היא ציפור חומה עם __________ צהובים.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חובבי __________ מיינו תמונות של גלקסיות מהבית.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החוקרים מבקשים צילום כשמדווחים על ציפור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שם המספר - כתבו במילים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בספירה השתתפו (2000) __________ מתנדבים.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השנה נרשמו (35) __________ מינים של ציפורים.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עומר מזהה (8) __________ מינים לפי הקול.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לפני (100) __________ שנה החלו חובבי ציפורים לספור.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התאימו 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מתנדבים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אנשים שעושים עבודה מרצונם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מגמה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סוגים של בעלי חיים או צמחים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מינים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מספרים ועובדות שאוספים כדי לחקור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נתונים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כיוון של שינוי לאורך זמן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חריגה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שונה מאוד מן הרגיל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סדרו את שלבי הספירה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שולחים את הטופס לחוקרים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מתנדבים יושבים בחצר, במרפסת או בגינה ציבורית למשך שעה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סופרים את המספר הגדול ביותר של כל מין ציפורים שנראה יחד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החוקרים מרכיבים תמונה כללית מכל הארץ ובודקים תוצאות חריגות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ממלאים טופס עם התוצאות, מזג האוויר וסוג המקום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מדע אזרח, לפי הכתבה?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עם שם מספר מהטקסט (למשל אלפיים, שלושים וחמישה)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דעתכם: האם כדאי להסתמך על נתונים שאספו מתנדבים?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אלפי עיניים בשביל המדע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