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אלפי עיניים בשביל המדע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מדע אזרח ולזהות דוגמאות לו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שמות מספר בהתאמה למין ולמספר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למחקר ולנתונים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אלפיים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מיינה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בטקסט בפירוש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הרעיון קיים כבר יותר ממאה 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מילה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טופס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ציפורים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שם המספר - כתבו במילים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אלפיים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שלושים וחמישה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(אנשים שעושים עבודה מרצונם)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(כיוון של שינוי לאורך 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(סוגים של בעלי חיים או צמחים)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(מספרים ועובדות שאוספים כדי לחקור)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סדרו את שלבי הספירה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מתנדבים יושבים בחצר, במרפסת או בגינה ציבורית למשך שעה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סופרים את המספר הגדול ביותר של כל מין ציפורים שנראה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ממלאים טופס עם התוצאות, מזג האוויר וסוג המקום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שולחים את הטופס לחוקרים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שאנשים רגילים עוזרים לחוקרים באיסוף נתונים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עם מספר בהתאמה נכונה למין ולסמיכות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עם נימוק הקשור לטקסט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השאלה שלפני הקריאה כדי לעורר סקרנות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להקדיש זמן נפרד לתרגול שמות המספר כי זה נושא מאתגר לתלמידים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לוותר על הפריטים המסומנים skip_n בכיתות או קבוצות המתקשות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אלפי עיניים בשביל המדע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הכתבה מספרת על ספירת ציפורים שנתית שבה אלפי מתנדבים עוזרים לחוקרים לאסוף נתונים. בדף זה תתרגלו הבנת הנקרא, אוצר מילים ושמות מספר מתוך הטקסט.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ציפורים  ·  אלפיים  ·  שלושים וחמישה  ·  טופס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מתנדבים השתתפו בספירת הציפורים?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אלפיים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עשרת אלפים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ציפור הפתיעה את החוקרת למרות שהיא מוכרת?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דרור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מיינה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יונה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עומר מזהה שמונה מינים של ציפורים לפי הקול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מדע האזרח התחיל לפני פחות משנה.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מילה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המתנדבים מילאו את התוצאות ב__________ פשוט.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ד״ר נעמה שגיא היא חוקרת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שם המספר - כתבו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בספירה השתתפו (2000) __________ מתנדבים.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השנה נרשמו (35) __________ מינים של ציפורים.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מתנדבים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כיוון של שינוי לאורך 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מגמה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סוגים של בעלי חיים או צמחים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מינים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מספרים ועובדות שאוספים כדי לחקור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נתונים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אנשים שעושים עבודה מרצונם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סדרו את שלבי הספירה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ממלאים טופס עם התוצאות, מזג האוויר וסוג המקום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מתנדבים יושבים בחצר, במרפסת או בגינה ציבורית למשך שעה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שולחים את הטופס לחוקרים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סופרים את המספר הגדול ביותר של כל מין ציפורים שנראה יחד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מדע אזרח, לפי הכתבה?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משפט אחד עם שם מספר מהטקסט (למשל אלפיים, שלושים וחמישה)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אלפי עיניים בשביל המדע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